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מדריכי AI למורה צעד אחר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חמשת המדריכים באתר ואת הרעיון המרכזי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שלבים ופרומפטים מותאמים למטרה פדגוגית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להפנים עקרונות אתיקה ובטיחות בשימוש בכלי AI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דיפרנציאלית: רמות שונות של תלמידים ורמות חשיבה שונות במשימה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יסודות: בחירת צורך, אתיקה ובטיחות בשימוש בכלי AI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השלב הראשון הוא לבחור צורך אחד שיעזור לתלמידים השבוע, ורק אחר כך לבחור כלי.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אסור להכניס פרטים מזהים או אישיים של תלמידים לכלי AI.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צוין במפורש בכללי הבטיחות.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ברירת המחדל היא הפוכה: המורה מפעילה את הכלי, והתלמידים צופים ומשתמשים בתוצר.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השלב השלישי בתהליך ההתחלה.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יסודות: בחירת צורך, אתיקה ובטיחות בשימוש בכלי AI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(בוחרים צורך אחד שיעזור לתלמידים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(פותחים דוגמה מוכנה ובודקים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(מעתיקים פרומפט ומתאימים נושא וכיתה)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(לא מכניסים שמות, תמונות או ציונים של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(רוב הכלים מיועדים לבני 13 ומעלה)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יסודות: בחירת צורך, אתיקה ובטיחות בשימוש בכלי AI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הכלי הוא רק אמצעי; כשמתחילים מהצורך של התלמידים בוחרים את הכלי המתאים באמת ולא משתמשים בטכנולוגיה בלי מטרה חינוכית ברורה.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 שם מלא, תמונה או ציון של תלמיד – חשוב לשמור על פרטיותם ועל בטיחותם.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רוב הכלים מיועדים לבני 13 ומעלה, ולכן עדיף שהמורה תפעיל את הכלי בעצמה והתלמיד יצפה ויעזור בתוכן, כלומר ישתמש בתוצר ולא בכלי עצמו.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כשהמורה מפעילה, היא שולטת במה שמוזן לכלי ובתוצאה, ומונעת חשיפת מידע אישי או תוכן לא מתאים; כשתלמידים מפעילים לבד יש פחות בקרה.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בניית סרטון כיתתי מונפש בעזרת שיחה עם AI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שהתלמידים יבינו רעיון אחד ברור בסוף הצפייה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עד 7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בניית סרטון כיתתי מונפש בעזרת שיחה עם AI – הבנה בסיסית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מומלץ לבקש תיקון אחד בכל פעם, כדי לשלוט בתוצאה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בפרומפט המוכן ליצירת הסרטון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בניית סרטון כיתתי מונפש בעזרת שיחה עם AI – יישום על פי דוגמת המזוודה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(מזוודה ישנה מכוסה אבק בעליית גג חשוכה)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(ספינה בים ושקיעה - עליית סבתא לארץ)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(תמונה של בית ישן ומפתח בתוך המזוודה)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(מחברת קטנה ועיפרון כותב מילה ראשונה בעברית)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(המזוודה נסגרת וסימן שאלה מופיע לצופים)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בניית סרטון כיתתי מונפש בעזרת שיחה עם AI – סדר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מטרה אחת לסרטון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תסריט קצר ב-6 סצנות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מבקשים מהצ'אט את הסרטון עם הפרומפט המוכן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צופים ומשפרים בשיחה, תיקון אחד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עברית ותוכן בכתוביות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מקליטים את הסרטון כווידאו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מתמונה אחת לסרטון קצר: כתיבת פרומפט תנועה – היכרות עם הנוסחה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כ-8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מי/מה זז, תנועת מצלמה, אווירה וצליל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No text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16:9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מתמונה אחת לסרטון קצר: כתיבת פרומפט תנועה – תרגול לפי דוגמת הטיפה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להתאדות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רוח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מתמונה אחת לסרטון קצר: כתיבת פרומפט תנועה – יוצרים פרומפט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כדור הארץ מתחיל להסתובב לאט, היבשות מתבהרות, המצלמה מתרחקת ומגלה חלל כוכבים, אווירה מסתורית ומרגשת, צליל מוזיקה שקטה ועדינה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קטע כה קצר אינו מאפשר להעביר עלילה מורכבת; פעולה אחת וברורה נקלטת טוב יותר ויוצרת אפקט חד שמעורר סקרנות אצל הצופה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לכלול שלושה מרכיבים: פעולה אחת ברורה, תיאור תנועת מצלמה, ותיאור אווירה מתאימה לנושא השיעור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דף עבודה אינטראקטיבי ונגיש: הקראה, הקלטה ומשוב – הכרת מרכיבי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לאפשר לכל תלמיד להקשיב, לקרוא ולקבל משוב בקצב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ניסיונות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משנה את קצב ההקראה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נשארת רק במכשיר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ניקוד אוטומטי טועה לעיתים קרובות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דף עבודה אינטראקטיבי ונגיש: הקראה, הקלטה ומשוב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דף עבודה אינטראקטיבי ונגיש: הקראה, הקלטה ומשוב – הרכבת הדף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(מאפשרת לכל תלמיד להקשיב במהירות שמתאימה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(התלמיד שומע את עצמו קורא ובודק את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 בפענוח מילים קשות לקריאה)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(התלמיד יודע מיד אם התשובה נכונה)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(מרחיב את אוצר המילים בצורה מהנה)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אפליקציית מסע כתיבה מותאמת אישית בשלוש רמות – היכרות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התלמיד בוחר בין שלוש רמות: פשוט, בינוני ומתקדם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תחנה מתוכננת כמסך נפרד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המאפיין המרכזי של הרמה הפשוטה באפליקציה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מותר לעבור רמה באמצע, זו חלק מהגמישות של האפליקציה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אפליקציית מסע כתיבה מותאמת אישית בשלוש רמות – התאמת רמות ותחנות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(משפטים קצרים, בנק מילים ופתיחות מוכנות)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(מילות קישור ומבנה פסקאות)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(שפה עשירה, טיעון נגדי וגיוון לשוני)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(המסך הראשון שבו התלמיד בוחר 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(רשימת בדקתי ש... מותאמת לכל רמה, לפני ההגשה)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אפליקציית מסע כתיבה מותאמת אישית בשלוש רמות – כתיבה ושיפוט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רשימת בדיקה לפי הרמה לפני ההגשה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לוח בחירה איקס-עיגול: שלוש רמות חשיבה – הכרת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זכירה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10-15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לוח בחירה איקס-עיגול: שלוש רמות חשיבה – התאמת משימות לרמות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האמצע הוא משבצת חובה שדרכה עובר כל קו אפשרי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 תקין עובר דרך שלוש רמות שונות ודרך משבצת החובה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שמדריכי הווידאו עוסקים ביצירת תוכן חזותי/תנועה ואילו מדריכי הכתיבה וההנגשה עוסקים בליווי טקסטואלי ובקריאה-כתיבה מותאמת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את חמשת המרכיבים: מי/מה, מה זז, תנועת מצלמה, אווירה, צליל – ומנוסחת כמשפט אחד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שה-AI עלול לטעות בניקוד, בעובדות ובדקדוק, ושהאחריות הסופית היא של המורה הבודק/ת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לשישה מפגשים קצרים, כל פעם פרק אחד, עם תרגול מעשי אחד בסוף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רק את חלק ניתוח הדוגמה בלי כתיבת פרומפט מקורי, ולמתקדמים להוסיף כתיבת פרומפט נוסף בהשראת נושא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אחרי פרק 1 על כללי האתיקה והבטיחות לפני שממשיכים לפרקים המעשיים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פרק 6 (איקס-עיגול) כסיכום לכל החוברת, כאשר כל משימה בלוח מתייחסת לנושא אחר מהחוברת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מדריכי AI למורה צעד אחר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את העקרונות והשלבים שעומדים מאחורי חמשת המדריכים: מסרטון מונפש ועד לוח בחירה. בכל פרק תמצאו תרגילים הבנויים על הדוגמאות שהופיעו באתר – נסו לפרק אותן לשלבים ולנמק כל בחירה. עבדו פרק אחר פרק, ואל תדלגו על שאלות ההבנה העצמית בסוף כל פרק.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יסודות: בחירת צורך, אתיקה ובטיחות בשימוש בכלי AI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לפני בחירת כלי AI הוא לבחור את הכלי הכי חדש והמתקדם.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להכניס לכלי AI שמות, תמונות או ציונים של תלמידים כדי לקבל תוצר מותאם אישית.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כלי ה-AI שמוזכרים מיועדים לבני 13 ומעלה, וחלקם אפילו 18 ומעלה.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ברירת המחדל, התלמידים מפעילים את כלי ה-AI והמורה רק צופה מהצד.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להעתיק פרומפט מוכן ולהתאים אותו לנושא ולכיתה שלכם.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יסודות: בחירת צורך, אתיקה ובטיחות בשימוש בכלי AI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מעתיקים פרומפט ומתאימים נושא וכיתה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בוחרים צורך אחד שיעזור לתלמידים השבוע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רוב הכלים מיועדים לבני 13 ומעלה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כלל בטיחות: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פותחים דוגמה מוכנה ובודקים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כלל בטיחות: 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מכניסים שמות, תמונות או ציונים של 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יסודות: בחירת צורך, אתיקה ובטיחות בשימוש בכלי AI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להתחיל מ'בחירת צורך' ולא מ'בחירת כלי' כשרוצים להכניס AI לשיעור? נמקו בשתי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למידע אישי של תלמיד שאסור להכניס לכלי AI, והסבירו בקצרה למה חשוב לשמור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מורה רוצה שתלמיד בן 11 ישתמש לבד בכלי AI כדי ליצור סרטון. מה הבעיה בכך, ומה אפשר להציע במקום?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את ההבדל בין 'המורה מפעילה את הכלי' ל'התלמידים מפעילים את הכלי', ומדוע ההבדל הזה חשוב לבטיחות.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בניית סרטון כיתתי מונפש בעזרת שיחה עם AI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סצנות מומלץ לכלול בתסריט הקצר לסרטון 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קובעים מטרה אחת לפני כתיבת התסריט?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שהסרטון יהיה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שהתלמידים יבינו רעיון אחד ברור בסוף הצפייה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לחסוך בצבעים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להימנע מכתוביות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מילים מומלץ לכתוב כטקסט על המסך בכל סצנה?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3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7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15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בניית סרטון כיתתי מונפש בעזרת שיחה עם AI – הבנה בסיסית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לבקש מהצ'אט לתקן כמה דברים בבת אחת כדי לחסוך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מבקשים מהצ'אט קובץ HTML אחד, בעברית מימין לשמאל, עם כפתור ניגון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בניית סרטון כיתתי מונפש בעזרת שיחה עם AI – יישום על פי דוגמת המזוודה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סצנה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המזוודה נסגרת וסימן שאלה מופיע לצופים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סצנה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תמונה של בית ישן ומפתח בתוך המזוודה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סצנה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מזוודה ישנה מכוסה אבק בעליית גג חשוכה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סצנה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ספינה בים ושקיעה - עליית סבתא לארץ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סצנה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מחברת קטנה ועיפרון כותב מילה ראשונה בעברית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בניית סרטון כיתתי מונפש בעזרת שיחה עם AI – סדר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מבקשים מהצ'אט את הסרטון עם הפרומפט המוכן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מקליטים את הסרטון כווידאו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צופים ומשפרים בשיחה, תיקון אחד בכל פעם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תסריט קצר ב-6 סצנות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מטרה אחת לסרטון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עברית ותוכן בכתוביות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מתמונה אחת לסרטון קצר: כתיבת פרומפט תנועה – היכרות עם הנוסחה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האורך הטיפוסי של קטע וידאו שנוצר מתמונה אחת בכלי כמו Google Flow?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כ-80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כ-80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הנוסחה לכתיבת פרומפט תנועה, אילו רכיבים יש לכלול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מי/מה זז, תנועת מצלמה, אווירה וצליל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תיאור הצבעים בתמונה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הסרטון ושם הקובץ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שחקנים ותפקידים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מומלץ להוסיף לפרומפט כדי למנוע הופעת אותיות משובשות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No text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More colors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Slow motion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High volume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יחס הרוחב-גובה המומלץ לתמונת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16:9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4:3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1:1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9:16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מתמונה אחת לסרטון קצר: כתיבת פרומפט תנועה – תרגול לפי דוגמת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בפרומפט של הטיפה, התנועה העיקרית היא שהטיפה מביטה בשמש ומתחילה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תנועת המצלמה בדוגמת הטיפה היא: המצלמה __________ אחרי האד שעולה כלפי מעלה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האווירה בפרומפט היא אור בוקר שמח, והצליל הנלווה הוא ציוץ ציפורים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שהסרטון יתמקד ברגע אחד וברור, מומלץ לתכנן __________ אחת בלבד לכל קטע של 8 שניות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מתמונה אחת לסרטון קצר: כתיבת פרומפט תנועה – יוצרים פרומפט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פרומפט תנועה לתמונה של כדור הארץ שמתעורר לחיים, עבור פתיח לשיעור גיאוגרפיה. השתמשו בנוסחה: מי/מה זז + תנועת מצלמה + אווירה + צליל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עדיף לתכנן רגע קסום אחד וברור ולא סיפור שלם בקטע של 8 שניות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רעיון לפתיח משיעור (דמות, מקום או עצם) ותארו בקצרה מה יקרה בו, תוך ציון מה זז, איך נעה המצלמה ומה האווירה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דף עבודה אינטראקטיבי ונגיש: הקראה, הקלטה ומשוב – הכרת מרכיבי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הפיכת דף עבודה רגיל לדף אינטראקטיבי?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לקצר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לאפשר לכל תלמיד להקשיב, לקרוא ולקבל משוב בקצב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להוסיף רק תמונות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ניסיונות יש לכל שאלת הבנה בדוגמת 'יום ראשון בכיתה חדשה'?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ניסיון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ניסיונות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ניסיונות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ניסיונות ללא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כפתור מחוון המהירות (הצב מול הארנב)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משנה את צבע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משנה את קצב ההקראה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 את ההקלטה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מוסיף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נשמרת ההקלטה שהתלמיד מקליט את עצמו קורא?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נשלחת לכלי AI חיצוני לבדיקה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נשארת רק במכשיר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נשלחת למורה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מועלית לאינטרנט לציבור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מדוע חשוב שהמורה תבדוק בעצמה את הניקוד שה-AI הוסיף לטקסט?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AI לא יכול להוסיף ניקוד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ניקוד אוטומטי טועה לעיתים קרובות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חוקי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מאריך את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דף עבודה אינטראקטיבי ונגיש: הקראה, הקלטה ומשוב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בדוגמה 'יום ראשון בכיתה חדשה' יש __________ שאלות הבנה על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בדף העבודה המשחק האחרון מתבסס על התאמת מילה ל__________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דף עבודה אינטראקטיבי ונגיש: הקראה, הקלטה ומשוב – הרכבת הדף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הקראה בקצב מתכוונן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מרחיב את אוצר המילים בצורה מהנה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הקלטה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התלמיד יודע מיד אם התשובה נכונה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ניקוד בטקסט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התלמיד שומע את עצמו קורא ובודק את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מיידי על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בפענוח מילים קשות לקריאה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 מילה-פירוש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מאפשרת לכל תלמיד להקשיב במהירות שמתאימה 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אפליקציית מסע כתיבה מותאמת אישית בשלוש רמות – היכרות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האפליקציה מאפשרת לכל תלמיד לבחור רמת כתיבה מתאימה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לשלב כמה תחנות במסך אחד כדי לקצר את הבנייה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הפשוטה מופיעים משפטי פתיחה מוכנים ובנק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לתלמיד לעבור רמה באמצע תהליך הכתיבה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אפליקציית מסע כתיבה מותאמת אישית בשלוש רמות – התאמת רמות ותחנות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רמה פשוטה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המסך הראשון שבו התלמיד בוחר 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 בינונית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רשימת בדקתי ש... מותאמת לכל רמה, לפני ההגשה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רמה מתקדמת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מילות קישור ומבנה פסקאות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תחנת רעיון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שפה עשירה, טיעון נגדי וגיוון לשוני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תחנת בדיקה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משפטים קצרים, בנק מילים ופתיחות מוכנות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אפליקציית מסע כתיבה מותאמת אישית בשלוש רמות – כתיבה ושיפוט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בתחנה האחרונה של מסע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הטיוטה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בחירת נושא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בדיקה לפי הרמה לפני ההגשה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בחירת הסוגה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לוח בחירה איקס-עיגול: שלוש רמות חשיבה – הכרת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משימות יש בלוח איקס-עיגול?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רמת חשיבה מופיעה בשורה העליונה של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הערכה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יישום וניתוח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זכירה והבנה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ניתוח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מסמן את שורת היישום והניתוח?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לוקח בממוצע להכין לוח איקס-עיגול?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10-15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שניות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לוח בחירה איקס-עיגול: שלוש רמות חשיבה – התאמת משימות לרמות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באמצע הלוח חייבת להיכלל בכל קו שהתלמיד בוחר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לנצח בלוח, מספיק לבחור שלוש משימות מאותה רמת חשיבה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במילים שלי מה ההבדל בין שלושת מדריכי הווידאו (סרטון מונפש, תמונה לסרטון, ולוח איקס-עיגול) לבין שני מדריכי הכתיבה וההנגשה?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לכתוב פרומפט תנועה אחד לפי הנוסחה שנלמדה, ולזהות בו את חמשת המרכיבים?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למה חשוב לבדוק בעצמי ניקוד, עברית ותוכן שה-AI הפיק, ולא לסמוך עליו באופן מלא?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מדריכי AI למורה צעד אחר צעד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