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חמשת המדריכים באתר ואת הרעיון המרכזי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שלבים ופרומפטים מותאמים למטרה פדגוגית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עקרונות אתיקה ובטיחות בשימוש בכלי AI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דיפרנציאלית: רמות שונות של תלמידים ורמות חשיבה שונות במשימה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יסודות: בחירת צורך, אתיקה ובטיחות בשימוש בכלי AI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לבחור צורך אחד שיעזור לתלמידים השבוע, ורק אחר כך לבחור כלי.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אסור להכניס פרטים מזהים או אישיים של תלמידים לכלי AI.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במפורש בכללי הבטיחות.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יסודות: בחירת צורך, אתיקה ובטיחות בשימוש בכלי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צורך אחד שיעזור לתלמידים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(פותחים דוגמה מוכנה ובודקים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(מעתיקים פרומפט ומתאימים נושא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מכניסים שמות, תמונות או ציונים של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יסודות: בחירת צורך, אתיקה ובטיחות בשימוש בכלי AI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שם מלא, תמונה או ציון של תלמיד – חשוב לשמור על פרטיותם ועל בטיחותם.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בניית סרטון כיתתי מונפש בעזרת שיחה עם AI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שהתלמידים יבינו רעיון אחד ברור בסוף הצפייה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בניית סרטון כיתתי מונפש בעזרת שיחה עם AI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מומלץ לבקש תיקון אחד בכל פעם, כדי לשלוט בתוצאה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בפרומפט המוכן ליצירת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בניית סרטון כיתתי מונפש בעזרת שיחה עם AI – יישום על פי דוגמת המזוודה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(מזוודה ישנה מכוסה אבק בעליית גג חשוכה)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(ספינה בים ושקיעה - עליית סבתא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של בית ישן ומפתח בתוך המזוודה)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(מחברת קטנה ועיפרון כותב מילה ראשונה בעברית)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בניית סרטון כיתתי מונפש בעזרת שיחה עם AI – סדר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אחת לסרטון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תסריט קצר ב-6 סצנות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מהצ'אט את הסרטון עם הפרומפט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צופים ומשפרים בשיחה, תיקון אחד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מתמונה אחת לסרטון קצר: כתיבת פרומפט תנועה – היכרות עם הנוסחה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מי/מה זז, תנועת מצלמה, אווירה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No text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מתמונה אחת לסרטון קצר: כתיבת פרומפט תנועה – תרגול לפי דוגמת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מתמונה אחת לסרטון קצר: כתיבת פרומפט תנועה – יוצרים פרומפט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דף עבודה אינטראקטיבי ונגיש: הקראה, הקלטה ומשוב – הכרת מרכיבי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לכל תלמיד להקשיב, לקרוא ולקבל משוב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משנה את קצב ההקראה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דף עבודה אינטראקטיבי ונגיש: הקראה, הקלטה ומשוב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דף עבודה אינטראקטיבי ונגיש: הקראה, הקלטה ומשוב – הרכבת הדף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(מאפשרת לכל תלמיד להקשיב במהירות שמתאימה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(התלמיד שומע את עצמו קורא ובודק את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בפענוח מילים קשות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(התלמיד יודע מיד אם התשובה נכונה)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אפליקציית מסע כתיבה מותאמת אישית בשלוש רמות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התלמיד בוחר בין שלוש רמות: פשוט, בינוני ומתקדם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תחנה מתוכננת כמסך נפרד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המאפיין המרכזי של הרמה הפשוטה באפליקציה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אפליקציית מסע כתיבה מותאמת אישית בשלוש רמות – התאמת רמות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(משפטים קצרים, בנק מילים ופתיחות מוכנות)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(מילות קישור ומבנה פסקאות)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(שפה עשירה, טיעון נגדי וגיוון לשוני)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(המסך הראשון שבו התלמיד בוחר 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אפליקציית מסע כתיבה מותאמת אישית בשלוש רמות – כתיבה ושיפוט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לוח בחירה איקס-עיגול: שלוש רמות חשיבה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לוח בחירה איקס-עיגול: שלוש רמות חשיבה – התאמת משימות לרמות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האמצע הוא משבצת חובה שדרכה עובר כל קו אפשרי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תקין עובר דרך שלוש רמות שונות ודרך משבצת החובה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שמדריכי הווידאו עוסקים ביצירת תוכן חזותי/תנועה ואילו מדריכי הכתיבה וההנגשה עוסקים בליווי טקסטואלי ובקריאה-כתיבה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חמשת המרכיבים: מי/מה, מה זז, תנועת מצלמה, אווירה, צליל – ומנוסחת כמשפט אחד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עלול לטעות בניקוד, בעובדות ובדקדוק, ושהאחריות הסופית היא של המורה הבודק/ת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כל פעם פרק אחד, עם תרגול מעשי אחד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רק את חלק ניתוח הדוגמה בלי כתיבת פרומפט מקורי, ולמתקדמים להוסיף כתיבת פרומפט נוסף בהשראת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אחרי פרק 1 על כללי האתיקה והבטיחות לפני שממשיכים לפרקים המעשיים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פרק 6 (איקס-עיגול) כסיכום לכל החוברת, כאשר כל משימה בלוח מתייחסת לנושא אחר מהחוברת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מדריכי AI למורה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העקרונות והשלבים שעומדים מאחורי חמשת המדריכים: מסרטון מונפש ועד לוח בחירה. בכל פרק תמצאו תרגילים הבנויים על הדוגמאות שהופיעו באתר – נסו לפרק אותן לשלבים ולנמק כל בחירה. עבדו פרק אחר פרק, ואל תדלגו על שאלות ההבנה העצמית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עולה  ·  להתאדות  ·  פירוש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יסודות: בחירת צורך, אתיקה ובטיחות בשימוש בכלי AI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לפני בחירת כלי AI הוא לבחור את הכלי הכי חדש והמתקדם.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להכניס לכלי AI שמות, תמונות או ציונים של תלמידים כדי לקבל תוצר מותאם אישית.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כלי ה-AI שמוזכרים מיועדים לבני 13 ומעלה, וחלקם אפילו 18 ומעלה.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יסודות: בחירת צורך, אתיקה ובטיחות בשימוש בכלי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פותחים דוגמה מוכנה ובודקים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מכניסים שמות, תמונות או ציונים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צורך אחד שיעזור לתלמידים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כלל בטיחות: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מעתיקים פרומפט ומתאימים נושא וכיתה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יסודות: בחירת צורך, אתיקה ובטיחות בשימוש בכלי AI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למידע אישי של תלמיד שאסור להכניס לכלי AI, והסבירו בקצרה למה חשוב לשמור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בניית סרטון כיתתי מונפש בעזרת שיחה עם AI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סצנות מומלץ לכלול בתסריט הקצר לסרטון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קובעים מטרה אחת לפני כתיבת התסריט?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שהסרטון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שהתלמידים יבינו רעיון אחד ברור בסוף הצפייה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לחסוך בצבעים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בניית סרטון כיתתי מונפש בעזרת שיחה עם AI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לבקש מהצ'אט לתקן כמה דברים בבת אחת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מבקשים מהצ'אט קובץ HTML אחד, בעברית מימין לשמאל, עם כפתור ניגון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בניית סרטון כיתתי מונפש בעזרת שיחה עם AI – יישום על פי דוגמת המזוודה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תמונה של בית ישן ומפתח בתוך המזוודה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מזוודה ישנה מכוסה אבק בעליית גג חשוכה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מחברת קטנה ועיפרון כותב מילה ראשונה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ספינה בים ושקיעה - עליית סבתא לארץ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בניית סרטון כיתתי מונפש בעזרת שיחה עם AI – סדר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צופים ומשפרים בשיחה, תיקון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מבקשים מהצ'אט את הסרטון עם הפרומפט המוכן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תסריט קצר ב-6 סצנות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מטרה אחת לסרטון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מתמונה אחת לסרטון קצר: כתיבת פרומפט תנועה – היכרות עם הנוסחה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האורך הטיפוסי של קטע וידאו שנוצר מתמונה אחת בכלי כמו Google Flow?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כ-80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הנוסחה לכתיבת פרומפט תנועה, אילו רכיבים יש לכלול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מי/מה זז, תנועת מצלמה, אווירה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תיאור הצבעים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הסרטון ושם הקובץ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מומלץ להוסיף לפרומפט כדי למנוע הופעת אותיות משובשות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More colors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Slow motion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מתמונה אחת לסרטון קצר: כתיבת פרומפט תנועה – תרגול לפי דוגמת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בפרומפט של הטיפה, התנועה העיקרית היא שהטיפה מביטה בשמש ומתחילה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תנועת המצלמה בדוגמת הטיפה היא: המצלמה __________ אחרי האד שעולה כלפי 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מתמונה אחת לסרטון קצר: כתיבת פרומפט תנועה – יוצרים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דף עבודה אינטראקטיבי ונגיש: הקראה, הקלטה ומשוב – הכרת מרכיבי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הפיכת דף עבודה רגיל לדף אינטראקטיבי?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לאפשר לכל תלמיד להקשיב, לקרוא ולקבל משוב בקצב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ניסיונות יש לכל שאלת הבנה בדוגמת 'יום ראשון בכיתה חדשה'?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ניסיון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ניסיונות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כפתור מחוון המהירות (הצב מול הארנב)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משנה את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משנה את קצב ההקראה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 את ההקלטה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דף עבודה אינטראקטיבי ונגיש: הקראה, הקלטה ומשוב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בדוגמה 'יום ראשון בכיתה חדשה' יש __________ שאלות הבנה על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בדף העבודה המשחק האחרון מתבסס על התאמת מילה ל__________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דף עבודה אינטראקטיבי ונגיש: הקראה, הקלטה ומשוב – הרכבת הדף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הקראה בקצב מתכוונן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בפענוח מילים קשות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הקלטה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התלמיד יודע מיד אם התשובה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ניקוד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התלמיד שומע את עצמו קורא ובודק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 מיידי על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מאפשרת לכל תלמיד להקשיב במהירות שמתאימה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אפליקציית מסע כתיבה מותאמת אישית בשלוש רמות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האפליקציה מאפשרת לכל תלמיד לבחור רמת כתיבה מתאימה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לשלב כמה תחנות במסך אחד כדי לקצר את הבנייה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הפשוטה מופיעים משפטי פתיחה מוכנים ובנק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אפליקציית מסע כתיבה מותאמת אישית בשלוש רמות – התאמת רמות ותחנות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שפה עשירה, טיעון נגדי וגיוון לשוני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 בינונית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המסך הראשון שבו התלמיד בוחר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רמה מתקדמת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מילות קישור ומבנה פסקאות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תחנת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משפטים קצרים, בנק מילים ופתיחות מוכנות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אפליקציית מסע כתיבה מותאמת אישית בשלוש רמות – כתיבה ושיפוט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לוח בחירה איקס-עיגול: שלוש רמות חשיבה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משימות יש בלוח איקס-עיגול?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רמת חשיבה מופיעה בשורה העליונה של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צבע מסמן את שורת היישום והניתוח?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לוח בחירה איקס-עיגול: שלוש רמות חשיבה – התאמת משימות לרמות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באמצע הלוח חייבת להיכלל בכל קו שהתלמיד 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לנצח בלוח, מספיק לבחור שלוש משימות מאותה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במילים שלי מה ההבדל בין שלושת מדריכי הווידאו (סרטון מונפש, תמונה לסרטון, ולוח איקס-עיגול) לבין שני מדריכי הכתיבה וההנגשה?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לכתוב פרומפט תנועה אחד לפי הנוסחה שנלמדה, ולזהות בו את חמשת המרכיבים?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מדריכי AI למורה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